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B91" w:rsidRDefault="00F96DCB">
      <w:pPr>
        <w:jc w:val="center"/>
      </w:pPr>
      <w:r>
        <w:rPr>
          <w:b/>
          <w:sz w:val="38"/>
        </w:rPr>
        <w:t>ODTÜ HAVUZ MÜDÜRLÜĞÜ</w:t>
      </w:r>
    </w:p>
    <w:p w:rsidR="003F1B91" w:rsidRDefault="00F96DCB">
      <w:pPr>
        <w:jc w:val="center"/>
      </w:pPr>
      <w:r>
        <w:rPr>
          <w:b/>
          <w:sz w:val="30"/>
        </w:rPr>
        <w:t>GÖREV TANIMI VE SORUMLULUKLARI</w:t>
      </w:r>
    </w:p>
    <w:p w:rsidR="003F1B91" w:rsidRDefault="003F1B91"/>
    <w:p w:rsidR="003F1B91" w:rsidRDefault="00F96DCB">
      <w:pPr>
        <w:pStyle w:val="Balk1"/>
      </w:pPr>
      <w:r>
        <w:t>HAVUZ MÜDÜRÜ</w:t>
      </w:r>
    </w:p>
    <w:p w:rsidR="003F1B91" w:rsidRDefault="00F96DCB">
      <w:pPr>
        <w:pStyle w:val="ListeMaddemi"/>
        <w:ind w:left="317" w:hanging="173"/>
      </w:pPr>
      <w:r>
        <w:t>Disiplinin sürekliliğini sağlayarak hizmetin düzenli ve uyumlu yürütülmesini sağlamak.</w:t>
      </w:r>
    </w:p>
    <w:p w:rsidR="003F1B91" w:rsidRDefault="00F96DCB">
      <w:pPr>
        <w:pStyle w:val="ListeMaddemi"/>
        <w:ind w:left="317" w:hanging="173"/>
      </w:pPr>
      <w:r>
        <w:t>Kadrosundaki personelin görev, yetki ve sorumluluklarını ilgililere tebliğ ettirmek; uygulanmasını ve kontrolünü sağlamak, gerekli eğitimleri aldırmak.</w:t>
      </w:r>
    </w:p>
    <w:p w:rsidR="003F1B91" w:rsidRDefault="00F96DCB">
      <w:pPr>
        <w:pStyle w:val="ListeMaddemi"/>
        <w:ind w:left="317" w:hanging="173"/>
      </w:pPr>
      <w:r>
        <w:t>Her türlü şikâyet ve isteği değerlendirerek Sağlık, Kültür ve Spor Daire Başkanlığına zamanında ve yazılı olarak bildirmek.</w:t>
      </w:r>
    </w:p>
    <w:p w:rsidR="003F1B91" w:rsidRDefault="00F96DCB">
      <w:pPr>
        <w:pStyle w:val="ListeMaddemi"/>
        <w:ind w:left="317" w:hanging="173"/>
      </w:pPr>
      <w:r>
        <w:t>Yazışma, dokümantasyon ve arşiv üzerinden idari işleyişi sağlamak.</w:t>
      </w:r>
    </w:p>
    <w:p w:rsidR="003F1B91" w:rsidRDefault="00F96DCB">
      <w:pPr>
        <w:pStyle w:val="ListeMaddemi"/>
        <w:ind w:left="317" w:hanging="173"/>
      </w:pPr>
      <w:r>
        <w:t>İnsan kaynaklarını doğru ve etkin kullanmak; malzeme ihtiyaçlarını belirleyerek karşılanması için gerekli girişimlerde bulunmak.</w:t>
      </w:r>
    </w:p>
    <w:p w:rsidR="003F1B91" w:rsidRDefault="00F96DCB">
      <w:pPr>
        <w:pStyle w:val="ListeMaddemi"/>
        <w:ind w:left="317" w:hanging="173"/>
      </w:pPr>
      <w:r>
        <w:t>Mevzuat çerçevesinde verilen görevleri yerine getirmek ve takibini yapmak.</w:t>
      </w:r>
    </w:p>
    <w:p w:rsidR="003F1B91" w:rsidRDefault="00F96DCB">
      <w:pPr>
        <w:pStyle w:val="ListeMaddemi"/>
        <w:ind w:left="317" w:hanging="173"/>
      </w:pPr>
      <w:r>
        <w:t>Her ayın sonunda birimlerin (resepsiyon ve danışma) muhasebeleştirilmesini sağlamak ve aylık tabloyu hazırlatmak.</w:t>
      </w:r>
    </w:p>
    <w:p w:rsidR="003F1B91" w:rsidRDefault="00F96DCB">
      <w:pPr>
        <w:pStyle w:val="ListeMaddemi"/>
        <w:ind w:left="317" w:hanging="173"/>
      </w:pPr>
      <w:r>
        <w:t>Havuz kullanıcılarının havuzu hijyen şartlarına uygun biçimde kullanmalarını sağlamak ve kontrol etmek.</w:t>
      </w:r>
    </w:p>
    <w:p w:rsidR="003F1B91" w:rsidRDefault="00F96DCB">
      <w:pPr>
        <w:pStyle w:val="ListeMaddemi"/>
        <w:ind w:left="317" w:hanging="173"/>
      </w:pPr>
      <w:r>
        <w:t>Müdürlükle ilgili diğer işlerin özenle yerine getirilmesini sağlamak.</w:t>
      </w:r>
    </w:p>
    <w:p w:rsidR="003F1B91" w:rsidRDefault="00F96DCB">
      <w:pPr>
        <w:pStyle w:val="ListeMaddemi"/>
        <w:ind w:left="317" w:hanging="173"/>
      </w:pPr>
      <w:r>
        <w:t>Sağlık, Kültür ve Spor Daire Başkanlığının verdiği diğer talimatları zamanında ve eksiksiz yerine getirmek.</w:t>
      </w:r>
    </w:p>
    <w:p w:rsidR="003F1B91" w:rsidRDefault="00F96DCB">
      <w:pPr>
        <w:pStyle w:val="ListeMaddemi"/>
        <w:ind w:left="317" w:hanging="173"/>
      </w:pPr>
      <w:r>
        <w:t>Havuzda düzenlenen sportif faaliyetleri organize etmek ve ilgili faaliyetleri en az bir hafta önceden kullanıcılara duyurmak.</w:t>
      </w:r>
    </w:p>
    <w:p w:rsidR="003F1B91" w:rsidRDefault="00F96DCB">
      <w:pPr>
        <w:pStyle w:val="ListeMaddemi"/>
        <w:ind w:left="317" w:hanging="173"/>
      </w:pPr>
      <w:r>
        <w:t>Altı aylık ve yıllık bütçe planı yapmak ve uygulanmasını sağlamak.</w:t>
      </w:r>
    </w:p>
    <w:p w:rsidR="003F1B91" w:rsidRDefault="00F96DCB">
      <w:pPr>
        <w:pStyle w:val="ListeMaddemi"/>
        <w:ind w:left="317" w:hanging="173"/>
      </w:pPr>
      <w:r>
        <w:t>Havuzdaki tadilat ve tamirat taleplerini oluşturmak, yapılan işleri takip etmek ve Sağlık, Kültür ve Spor Daire Başkanlığına raporlamak.</w:t>
      </w:r>
    </w:p>
    <w:p w:rsidR="003F1B91" w:rsidRDefault="00F96DCB">
      <w:pPr>
        <w:pStyle w:val="ListeMaddemi"/>
        <w:ind w:left="317" w:hanging="173"/>
      </w:pPr>
      <w:r>
        <w:t>Yılda bir kez Yönetimin Gözden Geçirmesi toplantısına başkanlık etmek; Kalite Yönetim Sisteminin uygulanması, sürekli iyileştirilmesi ve sistem kapsamında yürütülen faaliyetlerin denetlenmesini sağlamak.</w:t>
      </w:r>
    </w:p>
    <w:p w:rsidR="003F1B91" w:rsidRDefault="00F96DCB">
      <w:pPr>
        <w:pStyle w:val="Balk1"/>
      </w:pPr>
      <w:r>
        <w:t>HAVUZ ŞEFİ</w:t>
      </w:r>
    </w:p>
    <w:p w:rsidR="003F1B91" w:rsidRDefault="00F96DCB">
      <w:pPr>
        <w:pStyle w:val="ListeMaddemi"/>
        <w:ind w:left="317" w:hanging="173"/>
      </w:pPr>
      <w:r>
        <w:t>Temizlik personelini sağlık, soyunma odası ve duş kullanımı ile hijyen kuralları ve müdüriyetin belirlediği kurallar hakkında bilgilendirmek; gerekli eğitimleri almalarını sağlamak.</w:t>
      </w:r>
    </w:p>
    <w:p w:rsidR="003F1B91" w:rsidRDefault="00F96DCB">
      <w:pPr>
        <w:pStyle w:val="ListeMaddemi"/>
        <w:ind w:left="317" w:hanging="173"/>
      </w:pPr>
      <w:r>
        <w:t>Günlük Temizlik İzleme Formunu ve temizlik çalışmalarını kontrol ve denetimden geçirmek; eksiklikleri tamamlatmak ve müdüriyete bildirmek.</w:t>
      </w:r>
    </w:p>
    <w:p w:rsidR="003F1B91" w:rsidRDefault="00F96DCB">
      <w:pPr>
        <w:pStyle w:val="ListeMaddemi"/>
        <w:ind w:left="317" w:hanging="173"/>
      </w:pPr>
      <w:r>
        <w:t>Temizlik için gerekli malzeme ve ekipmanları belirleyip listelemek; satın alma sürecinde Taşınır Kayıt Yetkilisine iletmek.</w:t>
      </w:r>
    </w:p>
    <w:p w:rsidR="003F1B91" w:rsidRDefault="00F96DCB">
      <w:pPr>
        <w:pStyle w:val="ListeMaddemi"/>
        <w:ind w:left="317" w:hanging="173"/>
      </w:pPr>
      <w:r>
        <w:t>Soyunma odalarındaki arızaları tespit ederek müdüriyete bildirmek ve takibini yapmak.</w:t>
      </w:r>
    </w:p>
    <w:p w:rsidR="003F1B91" w:rsidRDefault="00F96DCB">
      <w:pPr>
        <w:pStyle w:val="ListeMaddemi"/>
        <w:ind w:left="317" w:hanging="173"/>
      </w:pPr>
      <w:r>
        <w:t>Temizlik personelinin malzeme ihtiyaçlarını haftalık belirleyip en geç cuma akşamı Taşınır Kayıt Yetkilisine iletmek; pazartesi günleri malzemeleri teslim almak.</w:t>
      </w:r>
    </w:p>
    <w:p w:rsidR="003F1B91" w:rsidRDefault="00F96DCB">
      <w:pPr>
        <w:pStyle w:val="ListeMaddemi"/>
        <w:ind w:left="317" w:hanging="173"/>
      </w:pPr>
      <w:r>
        <w:t>Temizlik personelinin iş kazalarını derhâl müdüriyete bildirmek.</w:t>
      </w:r>
    </w:p>
    <w:p w:rsidR="003F1B91" w:rsidRDefault="00F96DCB">
      <w:pPr>
        <w:pStyle w:val="ListeMaddemi"/>
        <w:ind w:left="317" w:hanging="173"/>
      </w:pPr>
      <w:r>
        <w:t>Temizlik personelinin izin durumlarını takip etmek ve planlama yapmak.</w:t>
      </w:r>
    </w:p>
    <w:p w:rsidR="003F1B91" w:rsidRDefault="00F96DCB">
      <w:pPr>
        <w:pStyle w:val="ListeMaddemi"/>
        <w:ind w:left="317" w:hanging="173"/>
      </w:pPr>
      <w:r>
        <w:t>Dönem sonlarında havuzların, soyunma odalarının ve açık havuz malzeme ve ekipmanlarının temizliğini yaptırarak açılışa hazırlamak; müdür ve müdür yardımcısının talimatlarına uymak.</w:t>
      </w:r>
    </w:p>
    <w:p w:rsidR="003F1B91" w:rsidRDefault="00F96DCB">
      <w:pPr>
        <w:pStyle w:val="ListeMaddemi"/>
        <w:ind w:left="317" w:hanging="173"/>
      </w:pPr>
      <w:r>
        <w:t>Taşınır Kayıt Yetkilisiyle birlikte deponun temizlik ve hijyen kurallarına uygun düzenlenmesini sağlamak.</w:t>
      </w:r>
    </w:p>
    <w:p w:rsidR="003F1B91" w:rsidRDefault="00F96DCB">
      <w:pPr>
        <w:pStyle w:val="ListeMaddemi"/>
        <w:ind w:left="317" w:hanging="173"/>
      </w:pPr>
      <w:r>
        <w:t>Havuzun periyodik ilaçlama takvimine uygun biçimde ilaçlanmasını sağlamak, takip etmek ve müdüriyete bilgi vermek.</w:t>
      </w:r>
    </w:p>
    <w:p w:rsidR="003F1B91" w:rsidRDefault="00F96DCB">
      <w:pPr>
        <w:pStyle w:val="ListeMaddemi"/>
        <w:ind w:left="317" w:hanging="173"/>
      </w:pPr>
      <w:r>
        <w:t>Havuz Müdürü ve Müdür Yardımcısı tarafından verilecek diğer görevleri yapmak.</w:t>
      </w:r>
    </w:p>
    <w:p w:rsidR="003F1B91" w:rsidRDefault="00F96DCB">
      <w:pPr>
        <w:pStyle w:val="Balk1"/>
      </w:pPr>
      <w:r>
        <w:lastRenderedPageBreak/>
        <w:t>HAVUZ SEKRETERİ</w:t>
      </w:r>
    </w:p>
    <w:p w:rsidR="003F1B91" w:rsidRDefault="00F96DCB">
      <w:pPr>
        <w:pStyle w:val="ListeMaddemi"/>
        <w:ind w:left="317" w:hanging="173"/>
      </w:pPr>
      <w:r>
        <w:t>Havuz Müdürlüğünün sekreterya işlerini düzenli yürütmek ve takip etmek; dokümantasyon, haberleşme, organizasyon ve koordinasyonu sağlamak.</w:t>
      </w:r>
    </w:p>
    <w:p w:rsidR="003F1B91" w:rsidRDefault="00F96DCB">
      <w:pPr>
        <w:pStyle w:val="ListeMaddemi"/>
        <w:ind w:left="317" w:hanging="173"/>
      </w:pPr>
      <w:r>
        <w:t>Havuz Müdürüne bağlı olarak çalışmak ve Havuz Müdürüne karşı sorumlu olmak.</w:t>
      </w:r>
    </w:p>
    <w:p w:rsidR="003F1B91" w:rsidRDefault="00F96DCB">
      <w:pPr>
        <w:pStyle w:val="ListeMaddemi"/>
        <w:ind w:left="317" w:hanging="173"/>
      </w:pPr>
      <w:r>
        <w:t>Görevle ilgili talimatları mevzuat çerçevesinde zamanında yerine getirmek; dokümantasyonu sağlamak, takip etmek ve Elektronik Belge Yönetim Sistemi (EBYS) üzerinden yönetmek.</w:t>
      </w:r>
    </w:p>
    <w:p w:rsidR="003F1B91" w:rsidRDefault="00F96DCB">
      <w:pPr>
        <w:pStyle w:val="ListeMaddemi"/>
        <w:ind w:left="317" w:hanging="173"/>
      </w:pPr>
      <w:r>
        <w:t>Çağrıları ve telefonları cevaplamak, mesajları not almak.</w:t>
      </w:r>
    </w:p>
    <w:p w:rsidR="003F1B91" w:rsidRDefault="00F96DCB">
      <w:pPr>
        <w:pStyle w:val="ListeMaddemi"/>
        <w:ind w:left="317" w:hanging="173"/>
      </w:pPr>
      <w:r>
        <w:t>Toplantıları organize etmek, tarafları bilgilendirmek ve duyuruları hazırlamak.</w:t>
      </w:r>
    </w:p>
    <w:p w:rsidR="003F1B91" w:rsidRDefault="00F96DCB">
      <w:pPr>
        <w:pStyle w:val="ListeMaddemi"/>
        <w:ind w:left="317" w:hanging="173"/>
      </w:pPr>
      <w:r>
        <w:t>Genel ve gizli evrakın muhafazasını sağlamak.</w:t>
      </w:r>
    </w:p>
    <w:p w:rsidR="003F1B91" w:rsidRDefault="00F96DCB">
      <w:pPr>
        <w:pStyle w:val="ListeMaddemi"/>
        <w:ind w:left="317" w:hanging="173"/>
      </w:pPr>
      <w:r>
        <w:t>Personelin özlük ve sicil kayıtları ile dosyalarını düzenli tutmak; adres, telefon ve benzeri bilgileri güncellemek, dosyalamak ve gerektiğinde ilgililere bilgi vermek.</w:t>
      </w:r>
    </w:p>
    <w:p w:rsidR="003F1B91" w:rsidRDefault="00F96DCB">
      <w:pPr>
        <w:pStyle w:val="ListeMaddemi"/>
        <w:ind w:left="317" w:hanging="173"/>
      </w:pPr>
      <w:r>
        <w:t>Büro makinelerini kullanmak.</w:t>
      </w:r>
    </w:p>
    <w:p w:rsidR="003F1B91" w:rsidRDefault="00F96DCB">
      <w:pPr>
        <w:pStyle w:val="ListeMaddemi"/>
        <w:ind w:left="317" w:hanging="173"/>
      </w:pPr>
      <w:r>
        <w:t>İmzalanmak veya incelenmek üzere müdürlüğe gelen dosyaları müdüre sunmak; imzalandıktan sonra ilgili yerlere göndermek.</w:t>
      </w:r>
    </w:p>
    <w:p w:rsidR="003F1B91" w:rsidRDefault="00F96DCB">
      <w:pPr>
        <w:pStyle w:val="ListeMaddemi"/>
        <w:ind w:left="317" w:hanging="173"/>
      </w:pPr>
      <w:r>
        <w:t>Çalışanların puantajlarını hazırlamak.</w:t>
      </w:r>
    </w:p>
    <w:p w:rsidR="003F1B91" w:rsidRDefault="00F96DCB">
      <w:pPr>
        <w:pStyle w:val="ListeMaddemi"/>
        <w:ind w:left="317" w:hanging="173"/>
      </w:pPr>
      <w:r>
        <w:t>İstatistiklerin oluşturulmasını ve saklanmasını sağlamak.</w:t>
      </w:r>
    </w:p>
    <w:p w:rsidR="003F1B91" w:rsidRDefault="00F96DCB">
      <w:pPr>
        <w:pStyle w:val="ListeMaddemi"/>
        <w:ind w:left="317" w:hanging="173"/>
      </w:pPr>
      <w:r>
        <w:t>Muhasebe kayıtlarını tutmak ve ilgili birimlere ulaştırılmasını sağlamak.</w:t>
      </w:r>
    </w:p>
    <w:p w:rsidR="003F1B91" w:rsidRDefault="00F96DCB">
      <w:pPr>
        <w:pStyle w:val="ListeMaddemi"/>
        <w:ind w:left="317" w:hanging="173"/>
      </w:pPr>
      <w:r>
        <w:t>Çalışanların vardiya tablolarını müdürün talimatıyla oluşturmak.</w:t>
      </w:r>
    </w:p>
    <w:p w:rsidR="003F1B91" w:rsidRDefault="00F96DCB">
      <w:pPr>
        <w:pStyle w:val="ListeMaddemi"/>
        <w:ind w:left="317" w:hanging="173"/>
      </w:pPr>
      <w:r>
        <w:t>Ay sonunda Havuz Müdürlüğünde yapılan faaliyetlere ilişkin raporu hazırlayıp ilgili birimlere ulaştırmak.</w:t>
      </w:r>
    </w:p>
    <w:p w:rsidR="003F1B91" w:rsidRDefault="00F96DCB">
      <w:pPr>
        <w:pStyle w:val="ListeMaddemi"/>
        <w:ind w:left="317" w:hanging="173"/>
      </w:pPr>
      <w:r>
        <w:t>Bakım, onarım ve araç taleplerini EBYS üzerinden oluşturmak.</w:t>
      </w:r>
    </w:p>
    <w:p w:rsidR="003F1B91" w:rsidRDefault="00F96DCB">
      <w:pPr>
        <w:pStyle w:val="ListeMaddemi"/>
        <w:ind w:left="317" w:hanging="173"/>
      </w:pPr>
      <w:r>
        <w:t>Takım ve toplulukların ücretli ve ücretsiz kişi sayılarını resepsiyondan alıp ödeme miktarlarını hesaplamak; üst yazıyla Spor Müdürlüğüne EBYS üzerinden göndermek.</w:t>
      </w:r>
    </w:p>
    <w:p w:rsidR="003F1B91" w:rsidRDefault="00F96DCB">
      <w:pPr>
        <w:pStyle w:val="Balk1"/>
      </w:pPr>
      <w:r>
        <w:t>HAVUZ ELEKTRİK TEKNİSYENİ</w:t>
      </w:r>
    </w:p>
    <w:p w:rsidR="003F1B91" w:rsidRDefault="00F96DCB">
      <w:pPr>
        <w:pStyle w:val="ListeMaddemi"/>
        <w:ind w:left="317" w:hanging="173"/>
      </w:pPr>
      <w:r>
        <w:t>Günlük elektrik arızalarını tespit etmek ve onarmak.</w:t>
      </w:r>
    </w:p>
    <w:p w:rsidR="003F1B91" w:rsidRDefault="00F96DCB">
      <w:pPr>
        <w:pStyle w:val="ListeMaddemi"/>
        <w:ind w:left="317" w:hanging="173"/>
      </w:pPr>
      <w:r>
        <w:t>Elektrik, telefon ve internet hatlarının sürekli çalışır durumda olmasını sağlamak.</w:t>
      </w:r>
    </w:p>
    <w:p w:rsidR="003F1B91" w:rsidRDefault="00F96DCB">
      <w:pPr>
        <w:pStyle w:val="ListeMaddemi"/>
        <w:ind w:left="317" w:hanging="173"/>
      </w:pPr>
      <w:r>
        <w:t>Elektrik panoları, pompalar, prizler, ampuller ve benzeri malzemelerdeki eksiklikleri belirlemek; hizmetin aksamasını önlemek için malzeme temini konusunda Satın Alma Birimine bilgi vermek.</w:t>
      </w:r>
    </w:p>
    <w:p w:rsidR="003F1B91" w:rsidRDefault="00F96DCB">
      <w:pPr>
        <w:pStyle w:val="ListeMaddemi"/>
        <w:ind w:left="317" w:hanging="173"/>
      </w:pPr>
      <w:r>
        <w:t>6331 sayılı İş Sağlığı ve Güvenliği Kanunu’na uygun çalışmak.</w:t>
      </w:r>
    </w:p>
    <w:p w:rsidR="003F1B91" w:rsidRDefault="00F96DCB">
      <w:pPr>
        <w:pStyle w:val="Balk1"/>
      </w:pPr>
      <w:r>
        <w:t>HAVUZ TEKNİSYENLERİ</w:t>
      </w:r>
    </w:p>
    <w:p w:rsidR="003F1B91" w:rsidRDefault="00F96DCB">
      <w:pPr>
        <w:pStyle w:val="ListeMaddemi"/>
        <w:ind w:left="317" w:hanging="173"/>
      </w:pPr>
      <w:r>
        <w:t>Kapalı ve açık havuzları kullanıcıya hizmet verecek durumda tutmak.</w:t>
      </w:r>
    </w:p>
    <w:p w:rsidR="003F1B91" w:rsidRDefault="00F96DCB">
      <w:pPr>
        <w:pStyle w:val="ListeMaddemi"/>
        <w:ind w:left="317" w:hanging="173"/>
      </w:pPr>
      <w:r>
        <w:t>Havuz suyunun kimyasal şartlandırmasını yapmak; klor-pH ve çöktürücü kimyasallarını hazırlayıp uygulamak, pazartesi günleri yosun önleyici uygulamak.</w:t>
      </w:r>
    </w:p>
    <w:p w:rsidR="003F1B91" w:rsidRDefault="00F96DCB">
      <w:pPr>
        <w:pStyle w:val="ListeMaddemi"/>
        <w:ind w:left="317" w:hanging="173"/>
      </w:pPr>
      <w:r>
        <w:t>Devir daim ve redoks sistemlerini çalışır durumda tutmak; rulman, vana ve çekvalflerin bakım ve onarımını yapmak veya gerektiğinde değiştirmek; kum filtrelerinin ters yıkama ve durulamasını yapmak.</w:t>
      </w:r>
    </w:p>
    <w:p w:rsidR="003F1B91" w:rsidRDefault="00F96DCB">
      <w:pPr>
        <w:pStyle w:val="ListeMaddemi"/>
        <w:ind w:left="317" w:hanging="173"/>
      </w:pPr>
      <w:r>
        <w:t>Havuz suyu ve deck sıcaklığını istenen değerde tutmak; buhar arızasında kapalı devre kazanı devreye almak; eşanjör ve klima sistemlerinin çalışmasını ve bakımını sağlamak, arızalı parçaları değiştirmek.</w:t>
      </w:r>
    </w:p>
    <w:p w:rsidR="003F1B91" w:rsidRDefault="00F96DCB">
      <w:pPr>
        <w:pStyle w:val="ListeMaddemi"/>
        <w:ind w:left="317" w:hanging="173"/>
      </w:pPr>
      <w:r>
        <w:t>Her gün havuz suyunun dip temizliğini yapmak.</w:t>
      </w:r>
    </w:p>
    <w:p w:rsidR="003F1B91" w:rsidRDefault="00F96DCB">
      <w:pPr>
        <w:pStyle w:val="ListeMaddemi"/>
        <w:ind w:left="317" w:hanging="173"/>
      </w:pPr>
      <w:r>
        <w:t>Sıhhi tesisatı çalışır durumda tutmak; pis su boruları ve giderlerdeki tıkanıklıkları gidermek, arızalı musluk, batarya ve duş başlıklarını onarmak veya değiştirmek.</w:t>
      </w:r>
    </w:p>
    <w:p w:rsidR="003F1B91" w:rsidRDefault="00F96DCB">
      <w:pPr>
        <w:pStyle w:val="ListeMaddemi"/>
        <w:ind w:left="317" w:hanging="173"/>
      </w:pPr>
      <w:r>
        <w:t>Üniversite Rektörlüğü ve bağlı iş yerleri işletme toplu sözleşmesinde belirtilen görevleri ve birim amirinin verdiği işleri yapmak.</w:t>
      </w:r>
    </w:p>
    <w:p w:rsidR="003F1B91" w:rsidRDefault="00F96DCB">
      <w:pPr>
        <w:pStyle w:val="Balk1"/>
      </w:pPr>
      <w:r>
        <w:t>CANKUR</w:t>
      </w:r>
      <w:r w:rsidR="003642D9">
        <w:t>T</w:t>
      </w:r>
      <w:r>
        <w:t>A</w:t>
      </w:r>
      <w:r w:rsidR="003642D9">
        <w:t>RA</w:t>
      </w:r>
      <w:r>
        <w:t>NLAR</w:t>
      </w:r>
    </w:p>
    <w:p w:rsidR="003F1B91" w:rsidRDefault="00F96DCB">
      <w:pPr>
        <w:pStyle w:val="ListeMaddemi"/>
        <w:ind w:left="317" w:hanging="173"/>
      </w:pPr>
      <w:r>
        <w:t>Havuz içi ve havuz çevresinin (deck) genel düzenini ve disiplinini sağlamak.</w:t>
      </w:r>
    </w:p>
    <w:p w:rsidR="003F1B91" w:rsidRDefault="00F96DCB">
      <w:pPr>
        <w:pStyle w:val="ListeMaddemi"/>
        <w:ind w:left="317" w:hanging="173"/>
      </w:pPr>
      <w:r>
        <w:t>Havuz içerisindeki can güvenliğini sağlamak.</w:t>
      </w:r>
    </w:p>
    <w:p w:rsidR="003F1B91" w:rsidRDefault="00F96DCB">
      <w:pPr>
        <w:pStyle w:val="ListeMaddemi"/>
        <w:ind w:left="317" w:hanging="173"/>
      </w:pPr>
      <w:r>
        <w:lastRenderedPageBreak/>
        <w:t>Havuz kurallarının uygulanmasını sağlamak.</w:t>
      </w:r>
    </w:p>
    <w:p w:rsidR="003F1B91" w:rsidRDefault="00F96DCB">
      <w:pPr>
        <w:pStyle w:val="ListeMaddemi"/>
        <w:ind w:left="317" w:hanging="173"/>
      </w:pPr>
      <w:r>
        <w:t>Kurallara uymayanları uyarmak; gerektiğinde kullanıcının havuzdan çıkarılmasını sağlamak.</w:t>
      </w:r>
    </w:p>
    <w:p w:rsidR="003F1B91" w:rsidRDefault="00F96DCB">
      <w:pPr>
        <w:pStyle w:val="ListeMaddemi"/>
        <w:ind w:left="317" w:hanging="173"/>
      </w:pPr>
      <w:r>
        <w:t>Gün içinde yaşanan olumsuzlukları Havuz Yönetimine yazılı olarak bildirmek.</w:t>
      </w:r>
    </w:p>
    <w:p w:rsidR="003F1B91" w:rsidRDefault="00F96DCB">
      <w:pPr>
        <w:pStyle w:val="ListeMaddemi"/>
        <w:ind w:left="317" w:hanging="173"/>
      </w:pPr>
      <w:r>
        <w:t>İlk yardım gerektiğinde müdahale etmek.</w:t>
      </w:r>
    </w:p>
    <w:p w:rsidR="003F1B91" w:rsidRDefault="00F96DCB">
      <w:pPr>
        <w:pStyle w:val="ListeMaddemi"/>
        <w:ind w:left="317" w:hanging="173"/>
      </w:pPr>
      <w:r>
        <w:t>Havuz içinde yaşanan olayları “Olay Değerlendirme Formu” ile Havuz Müdürlüğüne raporlamak.</w:t>
      </w:r>
    </w:p>
    <w:p w:rsidR="003F1B91" w:rsidRDefault="00F96DCB">
      <w:pPr>
        <w:pStyle w:val="Balk1"/>
      </w:pPr>
      <w:r>
        <w:t>TAŞINIR KAYIT YETKİLİSİ</w:t>
      </w:r>
    </w:p>
    <w:p w:rsidR="003F1B91" w:rsidRDefault="00F96DCB">
      <w:pPr>
        <w:pStyle w:val="ListeMaddemi"/>
        <w:ind w:left="317" w:hanging="173"/>
      </w:pPr>
      <w:r>
        <w:t>Kanun ve yönetmelik hükümleri çerçevesinde tanımlanan görevleri eksiksiz yerine getirmek.</w:t>
      </w:r>
    </w:p>
    <w:p w:rsidR="003F1B91" w:rsidRDefault="00F96DCB">
      <w:pPr>
        <w:pStyle w:val="ListeMaddemi"/>
        <w:ind w:left="317" w:hanging="173"/>
      </w:pPr>
      <w:r>
        <w:t>Havuz malzeme ihtiyaçlarını belirlemek ve talepler doğrultusunda satın alma sürecini yürütmek.</w:t>
      </w:r>
    </w:p>
    <w:p w:rsidR="003F1B91" w:rsidRDefault="00F96DCB">
      <w:pPr>
        <w:pStyle w:val="ListeMaddemi"/>
        <w:ind w:left="317" w:hanging="173"/>
      </w:pPr>
      <w:r>
        <w:t>Satın alma komisyonu kararından sonra sipariş edilen malzemelerin teknik şartnameye uygunluğunu muayene ve kabul komisyonuyla birlikte kontrol etmek ve malzemeleri teslim almak.</w:t>
      </w:r>
    </w:p>
    <w:p w:rsidR="003F1B91" w:rsidRDefault="00F96DCB">
      <w:pPr>
        <w:pStyle w:val="ListeMaddemi"/>
        <w:ind w:left="317" w:hanging="173"/>
      </w:pPr>
      <w:r>
        <w:t>Teslim alınan malzemeler için taşınır işlem fişi düzenlemek.</w:t>
      </w:r>
    </w:p>
    <w:p w:rsidR="003F1B91" w:rsidRDefault="00F96DCB">
      <w:pPr>
        <w:pStyle w:val="ListeMaddemi"/>
        <w:ind w:left="317" w:hanging="173"/>
      </w:pPr>
      <w:r>
        <w:t>Malzeme stok sayımı yapmak ve eksilen malzemelerin zamanında tamamlanması için çalışma yürütmek.</w:t>
      </w:r>
    </w:p>
    <w:p w:rsidR="003F1B91" w:rsidRDefault="00F96DCB">
      <w:pPr>
        <w:pStyle w:val="ListeMaddemi"/>
        <w:ind w:left="317" w:hanging="173"/>
      </w:pPr>
      <w:r>
        <w:t>Satın alınan mal veya demirbaş malzemeyi ilgili birim sorumlusuna imza karşılığı teslim etmek ve dayanıklı taşınırlar defterine kaydedilmesini sağlamak.</w:t>
      </w:r>
    </w:p>
    <w:p w:rsidR="003F1B91" w:rsidRDefault="00F96DCB">
      <w:pPr>
        <w:pStyle w:val="ListeMaddemi"/>
        <w:ind w:left="317" w:hanging="173"/>
      </w:pPr>
      <w:r>
        <w:t>Havuzda kullanılan demirbaş ve sarf malzemelerini kontrol etmek.</w:t>
      </w:r>
    </w:p>
    <w:p w:rsidR="003F1B91" w:rsidRDefault="00F96DCB">
      <w:pPr>
        <w:pStyle w:val="ListeMaddemi"/>
        <w:ind w:left="317" w:hanging="173"/>
      </w:pPr>
      <w:r>
        <w:t>Hurdaya ayrılacak malzemeleri belirlemek; kayıttan düşme teklif ve onay tutanağını düzenlemek ve hurda çıkış işlemlerini tamamlamak.</w:t>
      </w:r>
    </w:p>
    <w:p w:rsidR="003F1B91" w:rsidRDefault="00F96DCB">
      <w:pPr>
        <w:pStyle w:val="ListeMaddemi"/>
        <w:ind w:left="317" w:hanging="173"/>
      </w:pPr>
      <w:r>
        <w:t>Birimler arasında yer değiştirecek malzemelerin demirbaş değişim işlemlerini yapmak ve ilgili birimin demirbaş kaydından düşmek.</w:t>
      </w:r>
    </w:p>
    <w:p w:rsidR="003F1B91" w:rsidRDefault="00F96DCB">
      <w:pPr>
        <w:pStyle w:val="ListeMaddemi"/>
        <w:ind w:left="317" w:hanging="173"/>
      </w:pPr>
      <w:r>
        <w:t>Satın alma prosedürünün takip edilmesini ve sonuçlandırılmasını sağlamak.</w:t>
      </w:r>
    </w:p>
    <w:p w:rsidR="003F1B91" w:rsidRDefault="00F96DCB">
      <w:pPr>
        <w:pStyle w:val="ListeMaddemi"/>
        <w:ind w:left="317" w:hanging="173"/>
      </w:pPr>
      <w:r>
        <w:t>Yıllık demirbaş malzeme sayımlarını Taşınır Mal Yönetmeliği’ne göre yapmak.</w:t>
      </w:r>
    </w:p>
    <w:p w:rsidR="003F1B91" w:rsidRDefault="00F96DCB">
      <w:pPr>
        <w:pStyle w:val="ListeMaddemi"/>
        <w:ind w:left="317" w:hanging="173"/>
      </w:pPr>
      <w:r>
        <w:t>Personel giysilerini ilgili birimden alıp personele dağıtmak.</w:t>
      </w:r>
    </w:p>
    <w:p w:rsidR="003F1B91" w:rsidRDefault="00F96DCB">
      <w:pPr>
        <w:pStyle w:val="ListeMaddemi"/>
        <w:ind w:left="317" w:hanging="173"/>
      </w:pPr>
      <w:r>
        <w:t>Taşınırları yangın, ıslanma, bozulma, çalınma ve benzeri tehlikelere karşı korumak için gerekli tedbirleri almak ve alınmasını sağlamak.</w:t>
      </w:r>
    </w:p>
    <w:p w:rsidR="003F1B91" w:rsidRDefault="00F96DCB">
      <w:pPr>
        <w:pStyle w:val="ListeMaddemi"/>
        <w:ind w:left="317" w:hanging="173"/>
      </w:pPr>
      <w:r>
        <w:t>Havuz suyu ve kimyasal analiz sürecini takip etmek, avans işlemlerini yürütmek.</w:t>
      </w:r>
    </w:p>
    <w:p w:rsidR="003F1B91" w:rsidRDefault="00F96DCB">
      <w:pPr>
        <w:pStyle w:val="Balk1"/>
      </w:pPr>
      <w:r>
        <w:t>HAVUZ RESEPSİYON GÖREVLİLERİ</w:t>
      </w:r>
    </w:p>
    <w:p w:rsidR="003F1B91" w:rsidRDefault="00F96DCB">
      <w:pPr>
        <w:pStyle w:val="ListeMaddemi"/>
        <w:ind w:left="317" w:hanging="173"/>
      </w:pPr>
      <w:r>
        <w:t>Resepsiyona gelen veya telefonla arayan kullanıcıları bilgilendirmek.</w:t>
      </w:r>
    </w:p>
    <w:p w:rsidR="003F1B91" w:rsidRDefault="00F96DCB">
      <w:pPr>
        <w:pStyle w:val="ListeMaddemi"/>
        <w:ind w:left="317" w:hanging="173"/>
      </w:pPr>
      <w:r>
        <w:t>Kullanıcıları güler yüzle karşılamak ve uğurlamak.</w:t>
      </w:r>
    </w:p>
    <w:p w:rsidR="003F1B91" w:rsidRDefault="00F96DCB">
      <w:pPr>
        <w:pStyle w:val="ListeMaddemi"/>
        <w:ind w:left="317" w:hanging="173"/>
      </w:pPr>
      <w:r>
        <w:t>Havuz ve saunayı kullanan kişilerin kartlarını ve seans ücretlerini almak.</w:t>
      </w:r>
    </w:p>
    <w:p w:rsidR="003F1B91" w:rsidRDefault="00F96DCB">
      <w:pPr>
        <w:pStyle w:val="ListeMaddemi"/>
        <w:ind w:left="317" w:hanging="173"/>
      </w:pPr>
      <w:r>
        <w:t>İdari birimin kapalı olduğu gün ve saatlerde havuz üyeliği evraklarını teslim almak ve ilgili birime iletmek.</w:t>
      </w:r>
    </w:p>
    <w:p w:rsidR="003F1B91" w:rsidRDefault="00F96DCB">
      <w:pPr>
        <w:pStyle w:val="ListeMaddemi"/>
        <w:ind w:left="317" w:hanging="173"/>
      </w:pPr>
      <w:r>
        <w:t>Bilgisayar girişlerini düzenli olarak yapmak.</w:t>
      </w:r>
    </w:p>
    <w:p w:rsidR="003F1B91" w:rsidRDefault="00F96DCB">
      <w:pPr>
        <w:pStyle w:val="ListeMaddemi"/>
        <w:ind w:left="317" w:hanging="173"/>
      </w:pPr>
      <w:r>
        <w:t>Gün sonunda akıllı kart ve POS cihazından Z raporlarını almak; rezervasyon programındaki günlük katılımcı sayılarıyla karşılaştırıp ilgili birime veya kişiye iletmek.</w:t>
      </w:r>
    </w:p>
    <w:p w:rsidR="003F1B91" w:rsidRDefault="00F96DCB">
      <w:pPr>
        <w:pStyle w:val="ListeMaddemi"/>
        <w:ind w:left="317" w:hanging="173"/>
      </w:pPr>
      <w:r>
        <w:t>Resepsiyon, sauna ve soyunma odalarının düzenini sağlamak.</w:t>
      </w:r>
    </w:p>
    <w:p w:rsidR="003F1B91" w:rsidRDefault="00F96DCB">
      <w:pPr>
        <w:pStyle w:val="ListeMaddemi"/>
        <w:ind w:left="317" w:hanging="173"/>
      </w:pPr>
      <w:r>
        <w:t>Erkek ve kadın soyunma odaları ile duş, tuvalet ve saunanın temizliğini denetlemek.</w:t>
      </w:r>
    </w:p>
    <w:p w:rsidR="003F1B91" w:rsidRDefault="00F96DCB">
      <w:pPr>
        <w:pStyle w:val="ListeMaddemi"/>
        <w:ind w:left="317" w:hanging="173"/>
      </w:pPr>
      <w:r>
        <w:t>Üniversite Rektörlüğü ve bağlı iş yerleri işletme toplu sözleşmesinde belirtilen görevleri ve birim amirinin verdiği işleri yapmak.</w:t>
      </w:r>
    </w:p>
    <w:p w:rsidR="003F1B91" w:rsidRDefault="00F96DCB">
      <w:pPr>
        <w:pStyle w:val="Balk1"/>
      </w:pPr>
      <w:r>
        <w:t>HAVUZ DANIŞMA GÖREVLİSİ</w:t>
      </w:r>
    </w:p>
    <w:p w:rsidR="003F1B91" w:rsidRDefault="00F96DCB">
      <w:pPr>
        <w:pStyle w:val="ListeMaddemi"/>
        <w:ind w:left="317" w:hanging="173"/>
      </w:pPr>
      <w:r>
        <w:t>Havuz üyeliği başvurularını kabul etmek.</w:t>
      </w:r>
    </w:p>
    <w:p w:rsidR="003F1B91" w:rsidRDefault="00F96DCB">
      <w:pPr>
        <w:pStyle w:val="ListeMaddemi"/>
        <w:ind w:left="317" w:hanging="173"/>
      </w:pPr>
      <w:r>
        <w:t>Çevrim içi sistem üzerinden veya elden sunulan başvuru dekontu ve ilgili evrakları kontrol ederek teslim almak.</w:t>
      </w:r>
    </w:p>
    <w:p w:rsidR="003F1B91" w:rsidRDefault="00F96DCB">
      <w:pPr>
        <w:pStyle w:val="ListeMaddemi"/>
        <w:ind w:left="317" w:hanging="173"/>
      </w:pPr>
      <w:r>
        <w:t>Havuz kullanımı hakkında üye adaylarını ve kullanıcıları telefonla veya yüz yüze bilgilendirmek.</w:t>
      </w:r>
    </w:p>
    <w:p w:rsidR="003F1B91" w:rsidRDefault="00F96DCB">
      <w:pPr>
        <w:pStyle w:val="ListeMaddemi"/>
        <w:ind w:left="317" w:hanging="173"/>
      </w:pPr>
      <w:r>
        <w:t>Havuzun düzenlediği etkinlikler hakkında bilgilendirme yapmak; kayıt ve kabul işlemlerini yürütmek.</w:t>
      </w:r>
    </w:p>
    <w:p w:rsidR="003F1B91" w:rsidRDefault="00F96DCB">
      <w:pPr>
        <w:pStyle w:val="ListeMaddemi"/>
        <w:ind w:left="317" w:hanging="173"/>
      </w:pPr>
      <w:r>
        <w:lastRenderedPageBreak/>
        <w:t>Günlük ve aylık başvuru gelirleri tablosunu hazırlamak.</w:t>
      </w:r>
    </w:p>
    <w:p w:rsidR="003F1B91" w:rsidRDefault="00F96DCB">
      <w:pPr>
        <w:pStyle w:val="ListeMaddemi"/>
        <w:ind w:left="317" w:hanging="173"/>
      </w:pPr>
      <w:r>
        <w:t>Her ayın sonunda Resepsiyon Görevlileri birimiyle aylık gelir tablosunu hazırlamak.</w:t>
      </w:r>
    </w:p>
    <w:p w:rsidR="003F1B91" w:rsidRDefault="00F96DCB">
      <w:pPr>
        <w:pStyle w:val="ListeMaddemi"/>
        <w:ind w:left="317" w:hanging="173"/>
      </w:pPr>
      <w:r>
        <w:t>Üç aylık, altı aylık ve yıllık üyelik tablolarını hazırlamak.</w:t>
      </w:r>
    </w:p>
    <w:p w:rsidR="003F1B91" w:rsidRDefault="00F96DCB">
      <w:pPr>
        <w:pStyle w:val="Balk1"/>
      </w:pPr>
      <w:r>
        <w:t>HAVUZ TEMİZLİK GÖREVLİLERİ</w:t>
      </w:r>
    </w:p>
    <w:p w:rsidR="003F1B91" w:rsidRDefault="00F96DCB">
      <w:pPr>
        <w:pStyle w:val="ListeMaddemi"/>
        <w:ind w:left="317" w:hanging="173"/>
      </w:pPr>
      <w:r>
        <w:t>Erkek ve kadın soyunma odaları ile dolapların temizliğini sağlamak.</w:t>
      </w:r>
    </w:p>
    <w:p w:rsidR="003F1B91" w:rsidRDefault="00F96DCB">
      <w:pPr>
        <w:pStyle w:val="ListeMaddemi"/>
        <w:ind w:left="317" w:hanging="173"/>
      </w:pPr>
      <w:r>
        <w:t>Resepsiyon bölümünün temizliğini ve bakımını sağlamak.</w:t>
      </w:r>
    </w:p>
    <w:p w:rsidR="003F1B91" w:rsidRDefault="00F96DCB">
      <w:pPr>
        <w:pStyle w:val="ListeMaddemi"/>
        <w:ind w:left="317" w:hanging="173"/>
      </w:pPr>
      <w:r>
        <w:t>Duş bölümündeki duş tekneleri, lavabolar ve tuvaletleri temizlemek.</w:t>
      </w:r>
    </w:p>
    <w:p w:rsidR="003F1B91" w:rsidRDefault="00F96DCB">
      <w:pPr>
        <w:pStyle w:val="ListeMaddemi"/>
        <w:ind w:left="317" w:hanging="173"/>
      </w:pPr>
      <w:r>
        <w:t>Havuza çıkış bölümündeki ayak havuzunun suyunu kontrol etmek ve temizliğini sağlamak.</w:t>
      </w:r>
    </w:p>
    <w:p w:rsidR="003F1B91" w:rsidRDefault="00F96DCB">
      <w:pPr>
        <w:pStyle w:val="ListeMaddemi"/>
        <w:ind w:left="317" w:hanging="173"/>
      </w:pPr>
      <w:r>
        <w:t>Çöp bidonlarını düzenli boşaltarak koku oluşmasını önlemek.</w:t>
      </w:r>
    </w:p>
    <w:p w:rsidR="003F1B91" w:rsidRDefault="00F96DCB">
      <w:pPr>
        <w:pStyle w:val="ListeMaddemi"/>
        <w:ind w:left="317" w:hanging="173"/>
      </w:pPr>
      <w:r>
        <w:t>Soyunma odalarında sigara içilmesini önlemek ve düzeni sağlamak.</w:t>
      </w:r>
    </w:p>
    <w:p w:rsidR="003F1B91" w:rsidRDefault="00F96DCB">
      <w:pPr>
        <w:pStyle w:val="ListeMaddemi"/>
        <w:ind w:left="317" w:hanging="173"/>
      </w:pPr>
      <w:r>
        <w:t>Havuz ana giriş merdivenlerini temizlemek.</w:t>
      </w:r>
    </w:p>
    <w:p w:rsidR="003F1B91" w:rsidRDefault="00F96DCB">
      <w:pPr>
        <w:pStyle w:val="ListeMaddemi"/>
        <w:ind w:left="317" w:hanging="173"/>
      </w:pPr>
      <w:r>
        <w:t>Saunanın temizliğini sağlamak; saunayı düzenli kontrol ederek kirli peştemalleri toplatmak ve temizlenmelerini sağlamak.</w:t>
      </w:r>
    </w:p>
    <w:p w:rsidR="003F1B91" w:rsidRDefault="00F96DCB">
      <w:pPr>
        <w:pStyle w:val="ListeMaddemi"/>
        <w:ind w:left="317" w:hanging="173"/>
      </w:pPr>
      <w:r>
        <w:t>Havuz deck alanı ve tribünleri (merdivenler dâhil) temizlemek.</w:t>
      </w:r>
    </w:p>
    <w:p w:rsidR="003F1B91" w:rsidRDefault="00F96DCB">
      <w:pPr>
        <w:pStyle w:val="ListeMaddemi"/>
        <w:ind w:left="317" w:hanging="173"/>
      </w:pPr>
      <w:r>
        <w:t>Ofis bölümündeki odaların temizliğini sağlamak.</w:t>
      </w:r>
    </w:p>
    <w:p w:rsidR="003F1B91" w:rsidRDefault="00F96DCB">
      <w:pPr>
        <w:pStyle w:val="ListeMaddemi"/>
        <w:ind w:left="317" w:hanging="173"/>
      </w:pPr>
      <w:r>
        <w:t>Havuz binasının dışı dâhil havuz çevresini temizlemek.</w:t>
      </w:r>
    </w:p>
    <w:p w:rsidR="003F1B91" w:rsidRDefault="00F96DCB">
      <w:pPr>
        <w:pStyle w:val="ListeMaddemi"/>
        <w:ind w:left="317" w:hanging="173"/>
      </w:pPr>
      <w:r>
        <w:t>Engelli soyunma odalarının temizliğini sağlamak.</w:t>
      </w:r>
    </w:p>
    <w:p w:rsidR="003F1B91" w:rsidRDefault="00F96DCB">
      <w:pPr>
        <w:pStyle w:val="ListeMaddemi"/>
        <w:ind w:left="317" w:hanging="173"/>
      </w:pPr>
      <w:r>
        <w:t>Havuz deck alanını ve kullanım alanını hazırlamak.</w:t>
      </w:r>
    </w:p>
    <w:p w:rsidR="003F1B91" w:rsidRDefault="00F96DCB">
      <w:pPr>
        <w:pStyle w:val="ListeMaddemi"/>
        <w:ind w:left="317" w:hanging="173"/>
      </w:pPr>
      <w:r>
        <w:t>Sıfır Atık Yönetim Sistemi kapsamında, talimatlarda belirtilen atık depolama uygulamalarını yerine getirmek.</w:t>
      </w:r>
    </w:p>
    <w:p w:rsidR="003F1B91" w:rsidRDefault="003F1B91">
      <w:bookmarkStart w:id="0" w:name="_GoBack"/>
      <w:bookmarkEnd w:id="0"/>
    </w:p>
    <w:sectPr w:rsidR="003F1B91" w:rsidSect="00034616">
      <w:headerReference w:type="default" r:id="rId8"/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62C" w:rsidRDefault="00CE562C">
      <w:pPr>
        <w:spacing w:after="0" w:line="240" w:lineRule="auto"/>
      </w:pPr>
      <w:r>
        <w:separator/>
      </w:r>
    </w:p>
  </w:endnote>
  <w:endnote w:type="continuationSeparator" w:id="0">
    <w:p w:rsidR="00CE562C" w:rsidRDefault="00CE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B91" w:rsidRDefault="00F96DCB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9C6F7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62C" w:rsidRDefault="00CE562C">
      <w:pPr>
        <w:spacing w:after="0" w:line="240" w:lineRule="auto"/>
      </w:pPr>
      <w:r>
        <w:separator/>
      </w:r>
    </w:p>
  </w:footnote>
  <w:footnote w:type="continuationSeparator" w:id="0">
    <w:p w:rsidR="00CE562C" w:rsidRDefault="00CE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B91" w:rsidRDefault="00F96DCB">
    <w:pPr>
      <w:pStyle w:val="stBilgi"/>
      <w:jc w:val="right"/>
    </w:pPr>
    <w:r>
      <w:rPr>
        <w:color w:val="646464"/>
        <w:sz w:val="16"/>
      </w:rPr>
      <w:t>ODTÜ HAVUZ MÜDÜRLÜĞÜ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3AF7"/>
    <w:rsid w:val="0029639D"/>
    <w:rsid w:val="00326F90"/>
    <w:rsid w:val="003642D9"/>
    <w:rsid w:val="003F1B91"/>
    <w:rsid w:val="008061B9"/>
    <w:rsid w:val="009C6F76"/>
    <w:rsid w:val="00AA1D8D"/>
    <w:rsid w:val="00B47730"/>
    <w:rsid w:val="00CB0664"/>
    <w:rsid w:val="00CE562C"/>
    <w:rsid w:val="00E30DEF"/>
    <w:rsid w:val="00F11D9E"/>
    <w:rsid w:val="00F96D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EA010"/>
  <w14:defaultImageDpi w14:val="300"/>
  <w15:docId w15:val="{46ABD0D9-DD51-488E-9308-C4C86B95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A00000"/>
      <w:sz w:val="30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5228F6-B8B4-4B3B-AF00-8C888CFB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ebru</cp:lastModifiedBy>
  <cp:revision>6</cp:revision>
  <dcterms:created xsi:type="dcterms:W3CDTF">2013-12-23T23:15:00Z</dcterms:created>
  <dcterms:modified xsi:type="dcterms:W3CDTF">2026-10-14T11:38:00Z</dcterms:modified>
  <cp:category/>
</cp:coreProperties>
</file>